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18:00-20:00 POWER AND PEARLS NIGHT, 13 - 16 ÅR</w:t>
      </w:r>
    </w:p>
    <w:p>
      <w:r>
        <w:t>Det här är en kväll för dig som vill boosta dig själv och stärka ditt mindset!</w:t>
        <w:br/>
        <w:br/>
        <w:t>Under kvällen kommer du att bli mer medv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