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18:00-20:00 K-BEAUTY: KOREANSK HUDVÅRD OCH HUDHÄLSA</w:t>
      </w:r>
    </w:p>
    <w:p>
      <w:r>
        <w:t>Koreansk hudvård har blivit känd världen över för sitt fokus på hudhälsa, lyster och långsiktiga resultat.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