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Torget i Larsmo, Holm centrum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18:00-21:00 MUSIKAFTON på Larsmo Torg</w:t>
      </w:r>
    </w:p>
    <w:p>
      <w:r>
        <w:t>Musikafton på torget i Larsmo med RIME och Betania Blues Ensemble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