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Malakta, Töckmovägen 48 B,66100, Malax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11:00-15:00 Avoimet ovet  Konstrundan</w:t>
      </w:r>
    </w:p>
    <w:p>
      <w:r>
        <w:t>Löydä Malaktasta monia mielenkiintoisia tiloja ja taideteoksia. Nauti kahvista ja jotain syötävää pop-up-kahvilasta.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