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Malakta, Töckmovägen 48 B, 66100 Malax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18:00-22:00 Konsert: Its for Us</w:t>
      </w:r>
    </w:p>
    <w:p>
      <w:r>
        <w:t>Direkt från Stockholm via Glasgow, Liverpool, Berlin och vidare...It’s For Us kommer till Malakta Art Factory.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