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Korsholmanpuistikko 44, Vaasa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17:00-19:00 Kun tekijät ja varat vähenevät, vaihtoehtona YHDISTYSTEN YHDISTYMINEN?</w:t>
      </w:r>
    </w:p>
    <w:p>
      <w:r>
        <w:t>Diabetesliiton järjestö- ja jäsenyyspalvelujen johtaja Janne Mikkonen antaa vinkkejä onnistuneeseen yhdistymiseen.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