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Isolahden tekonurmikenttä (Pallokatu 17)</w:t>
      </w:r>
    </w:p>
    <w:p>
      <w:r>
        <w:t>8.9.2026 tiistai</w:t>
      </w:r>
    </w:p>
    <w:p>
      <w:pPr>
        <w:pStyle w:val="Heading1"/>
      </w:pPr>
      <w:r>
        <w:t>8.9.2026-29.9.2026</w:t>
      </w:r>
    </w:p>
    <w:p>
      <w:pPr>
        <w:pStyle w:val="Heading2"/>
      </w:pPr>
      <w:r>
        <w:t>19:30-21:00 Amerikkalaisen jalkapallon alkeiskurssi</w:t>
      </w:r>
    </w:p>
    <w:p>
      <w:r>
        <w:t>Tule syyskuun ajaksi oppimaan ilmaiseksi jenkkifutista matalalla kynnyksellä!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