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Teatro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22:00-22:00 Vörjeans efterfest på Teatro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