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kko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13:00-19:00 Taideiltapäivä Korsnäsin kirjastossa</w:t>
      </w:r>
    </w:p>
    <w:p>
      <w:r>
        <w:t>Taiteilija Kiippa maalaa akvarelleja yleisön edessä ja runoilija Granlund lausuu runoja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