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Lotlaxintie 9, 66600 Vöyri</w:t>
      </w:r>
    </w:p>
    <w:p>
      <w:r>
        <w:t>28.10.2026 keskiviikko</w:t>
      </w:r>
    </w:p>
    <w:p>
      <w:pPr>
        <w:pStyle w:val="Heading1"/>
      </w:pPr>
      <w:r>
        <w:t>28.10.2026 keskiviikko</w:t>
      </w:r>
    </w:p>
    <w:p>
      <w:pPr>
        <w:pStyle w:val="Heading2"/>
      </w:pPr>
      <w:r>
        <w:t>18:00-21:00 Kummituskävely Rökiön myllyllä</w:t>
      </w:r>
    </w:p>
    <w:p>
      <w:r>
        <w:t>Uskallatko lähteä mukaan Rökiön myllyn pimeisiin nurkkiin? Kammottava kierros odottaa...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