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Kaupungintalo, Juhlasali</w:t>
      </w:r>
    </w:p>
    <w:p>
      <w:r>
        <w:t>17.10.2026 lauantai</w:t>
      </w:r>
    </w:p>
    <w:p>
      <w:pPr>
        <w:pStyle w:val="Heading1"/>
      </w:pPr>
      <w:r>
        <w:t>17.10.2026 lauantai</w:t>
      </w:r>
    </w:p>
    <w:p>
      <w:pPr>
        <w:pStyle w:val="Heading2"/>
      </w:pPr>
      <w:r>
        <w:t>15:00-15:00 Minikapu24 - Maximilian Fagerlund</w:t>
      </w:r>
    </w:p>
    <w:p>
      <w:r>
        <w:t>Vaasan Orkesteriyhdistys Ry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