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19:00-19:00 SAMLA MAMMAS MANNA SWE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