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Maxmovägen 243, Maxmo</w:t>
      </w:r>
    </w:p>
    <w:p>
      <w:r>
        <w:t>28.8.2026 perjantai</w:t>
      </w:r>
    </w:p>
    <w:p>
      <w:pPr>
        <w:pStyle w:val="Heading1"/>
      </w:pPr>
      <w:r>
        <w:t>28.8.2026-13.11.2026</w:t>
      </w:r>
    </w:p>
    <w:p>
      <w:pPr>
        <w:pStyle w:val="Heading2"/>
      </w:pPr>
      <w:r>
        <w:t xml:space="preserve">16:00-18:00 Nuorisokahvila 7.-9.-luokkalaisille Maksamaalla. </w:t>
      </w:r>
    </w:p>
    <w:p>
      <w:r>
        <w:t>Tervetuloa Bankgårdin nuorisokahvilaan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