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Musikcentralen, Jaakonkatu 39 A, Pietarsaari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>18:00-20:00 Spotlight: Lisää Jeppis-ilmiöstä, keskustelu ja livemusiikkia</w:t>
      </w:r>
    </w:p>
    <w:p>
      <w:r>
        <w:t xml:space="preserve">Spotlight iltana neljän hengen keskustelu rockista sekä St. Petersaaren pienkeikka Musikcentralenissa.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