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Metsäkallion kuntorata. Pohjolankadun parkkipaikka.</w:t>
      </w:r>
    </w:p>
    <w:p>
      <w:r>
        <w:t>31.8.2026 maanantai</w:t>
      </w:r>
    </w:p>
    <w:p>
      <w:pPr>
        <w:pStyle w:val="Heading1"/>
      </w:pPr>
      <w:r>
        <w:t>31.8.2026-14.9.2026</w:t>
      </w:r>
    </w:p>
    <w:p>
      <w:pPr>
        <w:pStyle w:val="Heading2"/>
      </w:pPr>
      <w:r>
        <w:t>17:30-18:30 Ilmaiset 7-12-vuotiaiden treenit</w:t>
      </w:r>
    </w:p>
    <w:p>
      <w:r>
        <w:t>7-12-vuotiaiden junioreiden treenit Metsäkalliossa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