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Kåtabackens torvmarksskog i Nykarleby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17:30-19:00 Utfärd till Kåtabackens torvmarksskog: Vård av torvmarkskog, Nykarleby</w:t>
      </w:r>
    </w:p>
    <w:p>
      <w:r>
        <w:t xml:space="preserve"> Vilka åtgärder är viktiga om man vill ha bra livskraft i sina torvmarksskogar?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