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Botniahalli</w:t>
      </w: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>09:30-15:00 Kuntotestaus-ja hyvinvointipäivä 24.10.2026</w:t>
      </w:r>
    </w:p>
    <w:p>
      <w:r>
        <w:t>Osallistu kuntalaisten kuntoremonttiin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