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salmi, 65200 Vaasa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12:00-16:00 Pohjanmaan paikallismuseopäivä Vaasan Merimuseolla</w:t>
      </w:r>
    </w:p>
    <w:p>
      <w:r>
        <w:t>Tutustu Strömminsbådanin sumumerkinantoasemaan sekä näe aarteita pinnan alta.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