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Palosaaren salmi, 65200 Vaasa</w:t>
      </w:r>
    </w:p>
    <w:p>
      <w:r>
        <w:t>25.8.2026 tiistai</w:t>
      </w:r>
    </w:p>
    <w:p>
      <w:pPr>
        <w:pStyle w:val="Heading1"/>
      </w:pPr>
      <w:r>
        <w:t>25.8.2026 tiistai</w:t>
      </w:r>
    </w:p>
    <w:p>
      <w:pPr>
        <w:pStyle w:val="Heading2"/>
      </w:pPr>
      <w:r>
        <w:t>16:00-18:00 Meren äärellä soi elokuun lopussa</w:t>
      </w:r>
    </w:p>
    <w:p>
      <w:r>
        <w:t>Vaasan kaupunginorkesterin soittajista koostuva jousikvartetto tarjoaa kaksi ilmaiskonserttia Vaasan merimuseolla.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