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hembygdsmuseum, Kyrkobyvägen 32, Korsnäs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18:00-21:00 Berättarkväll i Korsnäs hembygdsmuseum</w:t>
      </w:r>
    </w:p>
    <w:p>
      <w:r>
        <w:t>Gamla smalfilmer visas.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