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Maxmovägen 242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18:00-18:00 Repair Café i Maxmo</w:t>
      </w:r>
    </w:p>
    <w:p>
      <w:r>
        <w:t>Vi deltar i hållbarhetsveckan genom att reparera mera. Hanna Enlund ger handledning för bästa resultat,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