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Lokalvägen 71, Oravais</w:t>
      </w:r>
    </w:p>
    <w:p>
      <w:r>
        <w:t>13.10.2026 tiistai</w:t>
      </w:r>
    </w:p>
    <w:p>
      <w:pPr>
        <w:pStyle w:val="Heading1"/>
      </w:pPr>
      <w:r>
        <w:t>13.10.2026 tiistai</w:t>
      </w:r>
    </w:p>
    <w:p>
      <w:pPr>
        <w:pStyle w:val="Heading2"/>
      </w:pPr>
      <w:r>
        <w:t>18:00-18:00 Pidrokväll vid Hellnäs uf</w:t>
      </w:r>
    </w:p>
    <w:p>
      <w:r>
        <w:t>Både nybörjare och mera erfarna spelare välkomna, vi fräschar upp minnet kring reglerna och spelar för nöjes skull.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