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Oravais (Karvat)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19:00-19:00 Stickkväll vid Hellnäs UF</w:t>
      </w:r>
    </w:p>
    <w:p>
      <w:r>
        <w:t>Vi drar igång höstens stickkvällar vid Hellnäs UF igen och första kvällen finns möjlighet till handledning.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