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Lohtajan kirjasto, Metsäpellontie 2, 68230 Lohtaja 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17:00-18:00 ”Kehtasi olla keskipohjalainen” – kirjahankkeen yleisötilaisuus - Lohtajan kirjasto</w:t>
      </w:r>
    </w:p>
    <w:p>
      <w:r>
        <w:t>Avoimessa yleisötilaisuudessa Eerola kertoo työstään tutkijana ja kirjailijana sekä valmisteilla olevasta teoksesta.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