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13:00-15:00 Vetoa liikuntaan</w:t>
      </w:r>
    </w:p>
    <w:p>
      <w:r>
        <w:t>Vetoa liikuntaan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