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Alkulan tila, Gripinpolku 1. Vaasa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13:00-16:00 Art Alkula ja museopäivä Alkulan tilalla 23.8</w:t>
      </w:r>
    </w:p>
    <w:p>
      <w:r>
        <w:t>Art Alkula ja museopäivä Alkulan tilalla 23.8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