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Kulttuuritalo Fanny, Kirkkopuistikko 34, 65100 Vaasa</w:t>
      </w:r>
    </w:p>
    <w:p>
      <w:r>
        <w:t>26.8.2026 keskiviikko</w:t>
      </w:r>
    </w:p>
    <w:p>
      <w:pPr>
        <w:pStyle w:val="Heading1"/>
      </w:pPr>
      <w:r>
        <w:t>26.8.2026 keskiviikko</w:t>
      </w:r>
    </w:p>
    <w:p>
      <w:pPr>
        <w:pStyle w:val="Heading2"/>
      </w:pPr>
      <w:r>
        <w:t xml:space="preserve">18:00-21:00 Nuva Goes Back to School </w:t>
      </w:r>
    </w:p>
    <w:p>
      <w:r>
        <w:t>Vaasan nuorisovaltuuston järjestämä Nuva Goes Back to School on maksuton ja päihteetön musiikkitapahtuma.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