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Jungsborg, Tvärgatan 8, 67100, Karleby</w:t>
      </w:r>
    </w:p>
    <w:p>
      <w:r>
        <w:t>13.9.2026 sunnuntai</w:t>
      </w:r>
    </w:p>
    <w:p>
      <w:pPr>
        <w:pStyle w:val="Heading1"/>
      </w:pPr>
      <w:r>
        <w:t>13.9.2026 sunnuntai</w:t>
      </w:r>
    </w:p>
    <w:p>
      <w:pPr>
        <w:pStyle w:val="Heading2"/>
      </w:pPr>
      <w:r>
        <w:t>16:00-16:00 Revy Kick-off</w:t>
      </w:r>
    </w:p>
    <w:p>
      <w:r>
        <w:t>KUF revy bjuder in till kick-off den 13 september kl. 16.00 på Jungsborg.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