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17:00-18:00 Alvar Aalto -kävelykierros</w:t>
      </w:r>
    </w:p>
    <w:p>
      <w:r>
        <w:t>Opastettu kävelykierros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