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lukio, Koulukatu 20, Pietarsaari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09:30-16:00 Pohjalaisia talotarinoita</w:t>
      </w:r>
    </w:p>
    <w:p>
      <w:r>
        <w:t>Tapahtumassa saamme kuulla  kiinnostavia talotarinoita omistajien kertomina ja pääsemme tutustumaan niihin.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