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17:00-20:00 Avoimet koulupuutarhat Mustasaaressa</w:t>
      </w:r>
    </w:p>
    <w:p>
      <w:r>
        <w:t>Mustasaaren koulupuutarhat kutsuvat avoimiin oviin torstaina 20.8 klo. 17-20!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