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Viuhka ry,  Liisanlehdontie 2 (Cityvarasto-rakennus, 2. krs)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 xml:space="preserve">17:00-18:00 Afrotanssia ja Buti-joogaa </w:t>
      </w:r>
    </w:p>
    <w:p>
      <w:r>
        <w:t>Tule mukaan syksyn ensimmäiselle Afro x Buti -tunnille, jossa yhdistyvät energinen afrotanssi ja voimakas Buti-jooga!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