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18:30-20:00 Stark genom klimakteriet - Monika Björn</w:t>
      </w:r>
    </w:p>
    <w:p>
      <w:r>
        <w:t>Monika Björn är en av Sveriges mest framstående röster inom kvinnohälsa, med en passion för att inspirera och utbilda kv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