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18:30-21:00 Nyfiken på Röda Korset? - Äntligen Tisdag</w:t>
      </w:r>
    </w:p>
    <w:p>
      <w:r>
        <w:t>Vill du lära dig mer om hur Röda Korset arbetar och kanske engagera dig lokalt som frivillig?</w:t>
        <w:br/>
        <w:t>Infokvällen ger en introdu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