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Patio, Hovioikeudenpuistikko 15, Vaasa</w:t>
      </w:r>
    </w:p>
    <w:p>
      <w:r>
        <w:t>13.8.2026 torstai</w:t>
      </w:r>
    </w:p>
    <w:p>
      <w:pPr>
        <w:pStyle w:val="Heading1"/>
      </w:pPr>
      <w:r>
        <w:t>13.8.2026-14.8.2026</w:t>
      </w:r>
    </w:p>
    <w:p>
      <w:pPr>
        <w:pStyle w:val="Heading2"/>
      </w:pPr>
      <w:r>
        <w:t>19:00-01:00 Taiteiden Yö -  65Hz: DJ Bunuel  the Harmony Herzers</w:t>
      </w:r>
    </w:p>
    <w:p>
      <w:r>
        <w:t>Almost 50 years behind the decks and now in Vaasa! Just for You!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