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Frank Mangs Center, Kristinestadsvägen 884,  64 240  Böle</w:t>
      </w:r>
    </w:p>
    <w:p>
      <w:r>
        <w:t>6.9.2026 sunnuntai</w:t>
      </w:r>
    </w:p>
    <w:p>
      <w:pPr>
        <w:pStyle w:val="Heading1"/>
      </w:pPr>
      <w:r>
        <w:t>6.9.2026 sunnuntai</w:t>
      </w:r>
    </w:p>
    <w:p>
      <w:pPr>
        <w:pStyle w:val="Heading2"/>
      </w:pPr>
      <w:r>
        <w:t xml:space="preserve">10:00-15:00 Trädgårdsturne söndag 6.9.2026 på Frank Mangs Center. Föreläsning med Linda Schilén och Karl Fredrik från Österlen </w:t>
      </w:r>
    </w:p>
    <w:p>
      <w:r>
        <w:t>Föreläsning med Karl Fredrik &amp; Linda  10-13, marknadsförsäljning av lokala produkter10-15 samt skördebuffé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