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Merenkurkun venemuseo, Åminnevägen 433, Maalahti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17:30-19:30 Kokeilukekkerit</w:t>
      </w:r>
    </w:p>
    <w:p>
      <w:r>
        <w:t>Oletko kiinnostunut Maalahdessa olevista luovan toiminnan harrastusmahdollisuuksista?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