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Alma-opiston Juhlasali, Raastuvankatu 31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16:30-19:00 Kestävän liikkumisen työpaja</w:t>
      </w:r>
    </w:p>
    <w:p>
      <w:r>
        <w:t>Tule mukaan vaikuttamaan! Kestävän liikkumisen työpaja 2.9. klo 16.30–19.00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