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K.H.Renlundin museo, Roosin talo, Kokkola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16:00-17:00 Matinea: Kunstenbroeders - Kuutti Lavonen ja Rody van Gemert</w:t>
      </w:r>
    </w:p>
    <w:p>
      <w:r>
        <w:t>Matineassa Lavonen kertoo taiteestaan ja van Gemert soittaa 1800-luvun klassisella kitaralla.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