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Jungsborg, Tvärgatan 8, 67100, Karleby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16:00-18:00 Pride-pyssel inför Karleby Pride</w:t>
      </w:r>
    </w:p>
    <w:p>
      <w:r>
        <w:t>Gör skyltar till paraden, armband och andra accessoarer i en kreativ och inkluderande gemenskap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