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Tolvmansgården, Backfolkvägen 43, 68500 Kronoby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 xml:space="preserve">12:00-15:00 Sävdag på Tolvmansgården </w:t>
      </w:r>
    </w:p>
    <w:p>
      <w:r>
        <w:t>I samband med Österbottens Museidag håller vi öppet på Tolvmansgården med temat Sävhantverk.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