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Fanny, Kirkkopuistikko 34, 65100 Vaasa</w:t>
      </w:r>
    </w:p>
    <w:p>
      <w:r>
        <w:t>13.8.2026 torstai</w:t>
      </w:r>
    </w:p>
    <w:p>
      <w:pPr>
        <w:pStyle w:val="Heading1"/>
      </w:pPr>
      <w:r>
        <w:t>13.8.2026 torstai</w:t>
      </w:r>
    </w:p>
    <w:p>
      <w:pPr>
        <w:pStyle w:val="Heading2"/>
      </w:pPr>
      <w:r>
        <w:t>17:00-21:00 LevyPopup Vaasa Fanny 13.8.26</w:t>
      </w:r>
    </w:p>
    <w:p>
      <w:r>
        <w:t>LevyPopup, tuo kiekon potkijoiden ja vinyylin vinguttajien puuhamaa palaa taiteiden yönä Fanny-taloon tänäkin vuonna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