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Nykarleby torg 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17:00-18:30 Traktorcruisingens 20 års jubileum</w:t>
      </w:r>
    </w:p>
    <w:p>
      <w:r>
        <w:t>För 20:e året ordnas traditionella traktorparaden genom centrum av Nykarleby.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