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18:10-18:10 Vaasan Veteraaniautoseura. Keskiviikkoajo</w:t>
      </w:r>
    </w:p>
    <w:p>
      <w:r>
        <w:t>Ajamme Åminnen lomakylään, Maalahdessa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