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kommunbibliotek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18:00-19:00 Författarträff  i Larsmo  onsdag 19.8 kl. 18.00</w:t>
      </w:r>
    </w:p>
    <w:p>
      <w:r>
        <w:t>Författarträff med Elisabeth Stubb och Boris Salo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