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Oravais Båthamn, Strandbyvägen 116, 66800 Vörå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11:00-17:00 Gäddkastet 2026</w:t>
      </w:r>
    </w:p>
    <w:p>
      <w:r>
        <w:t>HAUENHEITTO 30 VUOTTA! kalastuskilpailu Oravaisissa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