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10:00-13:15 Styla ditt hem med växter – höstens trender och tips</w:t>
      </w:r>
    </w:p>
    <w:p>
      <w:r>
        <w:t>Vi mår bra av att omge oss med växter.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