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10:00-12:30 Lär dig tänka som en inredare</w:t>
      </w:r>
    </w:p>
    <w:p>
      <w:r>
        <w:t>En inspirerande och praktisk föreläsning där du får lära dig hur en inredare tänker när ett hem planeras från grunden.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