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18:00-19:30 Datasäkerhet och AI</w:t>
      </w:r>
    </w:p>
    <w:p>
      <w:r>
        <w:t xml:space="preserve">Under denna föreläsning får du en aktuell överblick över de vanligaste digitala hoten just nu och hur de påverkar dig 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