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10:00-16:00 Yttermalax Loppisrace</w:t>
      </w:r>
    </w:p>
    <w:p>
      <w:r>
        <w:t>Kirppisralli Maalahdessa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